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Date : 15/09/2026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NALSAR University of Law invites sealed quotations for the printing</w:t>
        <w:br w:type="textWrapping"/>
        <w:t xml:space="preserve">and supply of following material: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"/>
        <w:gridCol w:w="6892"/>
        <w:gridCol w:w="2516"/>
        <w:tblGridChange w:id="0">
          <w:tblGrid>
            <w:gridCol w:w="744"/>
            <w:gridCol w:w="6892"/>
            <w:gridCol w:w="25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S.No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Qty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Answer Booklets with 80 GSM paper as per sample shown by exam department Big -24 pages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15,000 No’s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Answer Booklets with 80 GSM paper small -12 pages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10,000 No’s</w:t>
            </w:r>
          </w:p>
        </w:tc>
      </w:tr>
    </w:tbl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6"/>
          <w:szCs w:val="26"/>
        </w:rPr>
      </w:pPr>
      <w:bookmarkStart w:colFirst="0" w:colLast="0" w:name="_heading=h.8g97q9se8244" w:id="0"/>
      <w:bookmarkEnd w:id="0"/>
      <w:r w:rsidDel="00000000" w:rsidR="00000000" w:rsidRPr="00000000">
        <w:rPr>
          <w:sz w:val="26"/>
          <w:szCs w:val="26"/>
          <w:rtl w:val="0"/>
        </w:rPr>
        <w:t xml:space="preserve">You are requested to submit the quotation in a sealed envelope</w:t>
        <w:br w:type="textWrapping"/>
        <w:t xml:space="preserve">addressed to “The Registrar, NALSAR University of Law, ‘Justice</w:t>
        <w:br w:type="textWrapping"/>
        <w:t xml:space="preserve">City’, Shameerpet, Medchal-Malkajgiri District-500101”, please submit</w:t>
        <w:br w:type="textWrapping"/>
        <w:t xml:space="preserve">your quotation in the format provided herewith.</w:t>
      </w:r>
    </w:p>
    <w:p w:rsidR="00000000" w:rsidDel="00000000" w:rsidP="00000000" w:rsidRDefault="00000000" w:rsidRPr="00000000" w14:paraId="00000010">
      <w:pPr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You are advised to visit the shameerpet campus to verify the sample</w:t>
        <w:br w:type="textWrapping"/>
        <w:t xml:space="preserve">copies available in the Examination Department before submitting</w:t>
        <w:br w:type="textWrapping"/>
        <w:t xml:space="preserve">your quotation.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last date for the submission of your sealed quotation is 30/09/2026</w:t>
        <w:br w:type="textWrapping"/>
        <w:t xml:space="preserve">by 5:00 p.m.</w:t>
      </w:r>
    </w:p>
    <w:sectPr>
      <w:pgSz w:h="15840" w:w="12240" w:orient="portrait"/>
      <w:pgMar w:bottom="1008" w:top="1008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/2IiQEGQsPndhEzGOs/Y8sDu+w==">CgMxLjAyDmguOGc5N3E5c2U4MjQ0OAByITFiaEFUbVUweTFnc21WOWN2c0FQNWxwVm1sTDJXUXZjcQ==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2026-09-11T05:44:00Z</dcterms:created>
  <dc:creator>python-docx</dc:creator>
</cp:coreProperties>
</file>